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CFD97" w14:textId="77777777" w:rsidR="00494A39" w:rsidRPr="009F27F9" w:rsidRDefault="00000000" w:rsidP="00AA28C2">
      <w:pPr>
        <w:pStyle w:val="Heading1"/>
        <w:spacing w:line="360" w:lineRule="auto"/>
        <w:jc w:val="center"/>
        <w:rPr>
          <w:rFonts w:cstheme="majorHAnsi"/>
          <w:sz w:val="36"/>
          <w:szCs w:val="36"/>
        </w:rPr>
      </w:pPr>
      <w:r w:rsidRPr="009F27F9">
        <w:rPr>
          <w:rFonts w:cstheme="majorHAnsi"/>
          <w:sz w:val="36"/>
          <w:szCs w:val="36"/>
        </w:rPr>
        <w:t>EMPLOYEE DETAILS FORM</w:t>
      </w:r>
    </w:p>
    <w:p w14:paraId="3C69966C" w14:textId="42285609" w:rsidR="00494A39" w:rsidRDefault="00000000" w:rsidP="00AA28C2">
      <w:pPr>
        <w:spacing w:line="360" w:lineRule="auto"/>
        <w:jc w:val="center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</w:rPr>
        <w:t xml:space="preserve">Please complete all sections in BLOCK LETTERS.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236"/>
      </w:tblGrid>
      <w:tr w:rsidR="009F27F9" w:rsidRPr="009F27F9" w14:paraId="753C9393" w14:textId="77777777" w:rsidTr="00DA28E9">
        <w:trPr>
          <w:jc w:val="center"/>
        </w:trPr>
        <w:tc>
          <w:tcPr>
            <w:tcW w:w="3118" w:type="dxa"/>
          </w:tcPr>
          <w:p w14:paraId="58768061" w14:textId="77777777" w:rsidR="009F27F9" w:rsidRPr="009F27F9" w:rsidRDefault="009F27F9" w:rsidP="00DA28E9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Employer Name</w:t>
            </w:r>
          </w:p>
        </w:tc>
        <w:tc>
          <w:tcPr>
            <w:tcW w:w="6236" w:type="dxa"/>
          </w:tcPr>
          <w:p w14:paraId="5527DC55" w14:textId="77777777" w:rsidR="009F27F9" w:rsidRPr="009F27F9" w:rsidRDefault="009F27F9" w:rsidP="00DA28E9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9F27F9" w:rsidRPr="009F27F9" w14:paraId="2A38E6B0" w14:textId="77777777" w:rsidTr="00DA28E9">
        <w:trPr>
          <w:jc w:val="center"/>
        </w:trPr>
        <w:tc>
          <w:tcPr>
            <w:tcW w:w="3118" w:type="dxa"/>
          </w:tcPr>
          <w:p w14:paraId="2FF6616B" w14:textId="77777777" w:rsidR="009F27F9" w:rsidRPr="009F27F9" w:rsidRDefault="009F27F9" w:rsidP="00DA28E9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Employer ABN</w:t>
            </w:r>
          </w:p>
        </w:tc>
        <w:tc>
          <w:tcPr>
            <w:tcW w:w="6236" w:type="dxa"/>
          </w:tcPr>
          <w:p w14:paraId="1A0418D2" w14:textId="77777777" w:rsidR="009F27F9" w:rsidRPr="009F27F9" w:rsidRDefault="009F27F9" w:rsidP="00DA28E9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39BC7DC8" w14:textId="4A0A11EB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 xml:space="preserve">1. </w:t>
      </w:r>
      <w:r w:rsidR="009F27F9">
        <w:rPr>
          <w:rFonts w:asciiTheme="majorHAnsi" w:hAnsiTheme="majorHAnsi" w:cstheme="majorHAnsi"/>
          <w:b/>
          <w:color w:val="163A70"/>
          <w:sz w:val="24"/>
        </w:rPr>
        <w:t>Employee</w:t>
      </w:r>
      <w:r w:rsidRPr="009F27F9">
        <w:rPr>
          <w:rFonts w:asciiTheme="majorHAnsi" w:hAnsiTheme="majorHAnsi" w:cstheme="majorHAnsi"/>
          <w:b/>
          <w:color w:val="163A70"/>
          <w:sz w:val="24"/>
        </w:rPr>
        <w:t xml:space="preserve">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236"/>
      </w:tblGrid>
      <w:tr w:rsidR="00494A39" w:rsidRPr="009F27F9" w14:paraId="2FCD95F3" w14:textId="77777777">
        <w:trPr>
          <w:jc w:val="center"/>
        </w:trPr>
        <w:tc>
          <w:tcPr>
            <w:tcW w:w="3118" w:type="dxa"/>
          </w:tcPr>
          <w:p w14:paraId="1B8EE875" w14:textId="2D312508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First</w:t>
            </w:r>
            <w:r w:rsidR="00AA28C2" w:rsidRPr="009F27F9">
              <w:rPr>
                <w:rFonts w:asciiTheme="majorHAnsi" w:hAnsiTheme="majorHAnsi" w:cstheme="majorHAnsi"/>
              </w:rPr>
              <w:t xml:space="preserve"> Name</w:t>
            </w:r>
          </w:p>
        </w:tc>
        <w:tc>
          <w:tcPr>
            <w:tcW w:w="6236" w:type="dxa"/>
          </w:tcPr>
          <w:p w14:paraId="54788D32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A28C2" w:rsidRPr="009F27F9" w14:paraId="595B991B" w14:textId="77777777">
        <w:trPr>
          <w:jc w:val="center"/>
        </w:trPr>
        <w:tc>
          <w:tcPr>
            <w:tcW w:w="3118" w:type="dxa"/>
          </w:tcPr>
          <w:p w14:paraId="1CDF5E24" w14:textId="13E00522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Last Name</w:t>
            </w:r>
          </w:p>
        </w:tc>
        <w:tc>
          <w:tcPr>
            <w:tcW w:w="6236" w:type="dxa"/>
          </w:tcPr>
          <w:p w14:paraId="402B54A8" w14:textId="77777777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47F98614" w14:textId="77777777">
        <w:trPr>
          <w:jc w:val="center"/>
        </w:trPr>
        <w:tc>
          <w:tcPr>
            <w:tcW w:w="3118" w:type="dxa"/>
          </w:tcPr>
          <w:p w14:paraId="7CFE5C7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Preferred Name</w:t>
            </w:r>
          </w:p>
        </w:tc>
        <w:tc>
          <w:tcPr>
            <w:tcW w:w="6236" w:type="dxa"/>
          </w:tcPr>
          <w:p w14:paraId="452F7071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3CE1DBBE" w14:textId="77777777">
        <w:trPr>
          <w:jc w:val="center"/>
        </w:trPr>
        <w:tc>
          <w:tcPr>
            <w:tcW w:w="3118" w:type="dxa"/>
          </w:tcPr>
          <w:p w14:paraId="4A997DBD" w14:textId="2E08A3F0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Date of Birth</w:t>
            </w:r>
          </w:p>
        </w:tc>
        <w:tc>
          <w:tcPr>
            <w:tcW w:w="6236" w:type="dxa"/>
          </w:tcPr>
          <w:p w14:paraId="7D7998A5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A28C2" w:rsidRPr="009F27F9" w14:paraId="174CCA33" w14:textId="77777777">
        <w:trPr>
          <w:jc w:val="center"/>
        </w:trPr>
        <w:tc>
          <w:tcPr>
            <w:tcW w:w="3118" w:type="dxa"/>
          </w:tcPr>
          <w:p w14:paraId="4A13A60A" w14:textId="1848ABB0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Start Date</w:t>
            </w:r>
          </w:p>
        </w:tc>
        <w:tc>
          <w:tcPr>
            <w:tcW w:w="6236" w:type="dxa"/>
          </w:tcPr>
          <w:p w14:paraId="6ED5B34F" w14:textId="77777777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635AE4D8" w14:textId="77777777">
        <w:trPr>
          <w:jc w:val="center"/>
        </w:trPr>
        <w:tc>
          <w:tcPr>
            <w:tcW w:w="3118" w:type="dxa"/>
          </w:tcPr>
          <w:p w14:paraId="69D5F5BA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6236" w:type="dxa"/>
          </w:tcPr>
          <w:p w14:paraId="5040DC93" w14:textId="77777777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584C5DAE" w14:textId="77777777">
        <w:trPr>
          <w:jc w:val="center"/>
        </w:trPr>
        <w:tc>
          <w:tcPr>
            <w:tcW w:w="3118" w:type="dxa"/>
          </w:tcPr>
          <w:p w14:paraId="310A0C75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Suburb / State / Postcode</w:t>
            </w:r>
          </w:p>
        </w:tc>
        <w:tc>
          <w:tcPr>
            <w:tcW w:w="6236" w:type="dxa"/>
          </w:tcPr>
          <w:p w14:paraId="698CC41C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2231E3F5" w14:textId="77777777">
        <w:trPr>
          <w:jc w:val="center"/>
        </w:trPr>
        <w:tc>
          <w:tcPr>
            <w:tcW w:w="3118" w:type="dxa"/>
          </w:tcPr>
          <w:p w14:paraId="04B2D18D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Mobile / Email</w:t>
            </w:r>
          </w:p>
        </w:tc>
        <w:tc>
          <w:tcPr>
            <w:tcW w:w="6236" w:type="dxa"/>
          </w:tcPr>
          <w:p w14:paraId="5B1DD2EE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48EFF5DA" w14:textId="77777777">
        <w:trPr>
          <w:jc w:val="center"/>
        </w:trPr>
        <w:tc>
          <w:tcPr>
            <w:tcW w:w="3118" w:type="dxa"/>
          </w:tcPr>
          <w:p w14:paraId="6F02EC44" w14:textId="0880E2CB" w:rsidR="00494A39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Emergency Contact Details</w:t>
            </w:r>
          </w:p>
        </w:tc>
        <w:tc>
          <w:tcPr>
            <w:tcW w:w="6236" w:type="dxa"/>
          </w:tcPr>
          <w:p w14:paraId="5AEA46FD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 xml:space="preserve">Name: </w:t>
            </w:r>
            <w:r w:rsidRPr="009F27F9">
              <w:rPr>
                <w:rFonts w:asciiTheme="majorHAnsi" w:hAnsiTheme="majorHAnsi" w:cstheme="majorHAnsi"/>
              </w:rPr>
              <w:br/>
              <w:t xml:space="preserve">Relationship: </w:t>
            </w:r>
          </w:p>
          <w:p w14:paraId="5E2EEABB" w14:textId="6EAD0890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Phone:</w:t>
            </w:r>
          </w:p>
        </w:tc>
      </w:tr>
    </w:tbl>
    <w:p w14:paraId="4C23C23D" w14:textId="77777777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>2. Position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236"/>
      </w:tblGrid>
      <w:tr w:rsidR="00494A39" w:rsidRPr="009F27F9" w14:paraId="77F93DED" w14:textId="77777777">
        <w:trPr>
          <w:jc w:val="center"/>
        </w:trPr>
        <w:tc>
          <w:tcPr>
            <w:tcW w:w="3118" w:type="dxa"/>
          </w:tcPr>
          <w:p w14:paraId="12DF6C50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Position Title</w:t>
            </w:r>
          </w:p>
        </w:tc>
        <w:tc>
          <w:tcPr>
            <w:tcW w:w="6236" w:type="dxa"/>
          </w:tcPr>
          <w:p w14:paraId="204AFDD9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640D4799" w14:textId="77777777">
        <w:trPr>
          <w:jc w:val="center"/>
        </w:trPr>
        <w:tc>
          <w:tcPr>
            <w:tcW w:w="3118" w:type="dxa"/>
          </w:tcPr>
          <w:p w14:paraId="2FC9B3F8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Award / Agreement</w:t>
            </w:r>
          </w:p>
        </w:tc>
        <w:tc>
          <w:tcPr>
            <w:tcW w:w="6236" w:type="dxa"/>
          </w:tcPr>
          <w:p w14:paraId="680A0922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393933F7" w14:textId="77777777">
        <w:trPr>
          <w:jc w:val="center"/>
        </w:trPr>
        <w:tc>
          <w:tcPr>
            <w:tcW w:w="3118" w:type="dxa"/>
          </w:tcPr>
          <w:p w14:paraId="6C80A826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Employment Status</w:t>
            </w:r>
          </w:p>
        </w:tc>
        <w:tc>
          <w:tcPr>
            <w:tcW w:w="6236" w:type="dxa"/>
          </w:tcPr>
          <w:p w14:paraId="1EBFA567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Full Time  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Part Time  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Temporary  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Casual</w:t>
            </w:r>
          </w:p>
        </w:tc>
      </w:tr>
      <w:tr w:rsidR="00494A39" w:rsidRPr="009F27F9" w14:paraId="312A9DDC" w14:textId="77777777">
        <w:trPr>
          <w:jc w:val="center"/>
        </w:trPr>
        <w:tc>
          <w:tcPr>
            <w:tcW w:w="3118" w:type="dxa"/>
          </w:tcPr>
          <w:p w14:paraId="628B5283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Hours per Week</w:t>
            </w:r>
          </w:p>
        </w:tc>
        <w:tc>
          <w:tcPr>
            <w:tcW w:w="6236" w:type="dxa"/>
          </w:tcPr>
          <w:p w14:paraId="15E945E2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3B3A4BB8" w14:textId="77777777">
        <w:trPr>
          <w:jc w:val="center"/>
        </w:trPr>
        <w:tc>
          <w:tcPr>
            <w:tcW w:w="3118" w:type="dxa"/>
          </w:tcPr>
          <w:p w14:paraId="4AF6C196" w14:textId="2179495C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Ordinary Days</w:t>
            </w:r>
            <w:r w:rsidR="009F27F9">
              <w:rPr>
                <w:rFonts w:asciiTheme="majorHAnsi" w:hAnsiTheme="majorHAnsi" w:cstheme="majorHAnsi"/>
              </w:rPr>
              <w:t xml:space="preserve"> (if applicable)</w:t>
            </w:r>
          </w:p>
        </w:tc>
        <w:tc>
          <w:tcPr>
            <w:tcW w:w="6236" w:type="dxa"/>
          </w:tcPr>
          <w:p w14:paraId="776D67F6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Mon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Tue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Wed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Thu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Fri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Sat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Sun</w:t>
            </w:r>
          </w:p>
        </w:tc>
      </w:tr>
    </w:tbl>
    <w:p w14:paraId="130BF1AC" w14:textId="27B3322E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 xml:space="preserve">3. </w:t>
      </w:r>
      <w:r w:rsidR="009F27F9">
        <w:rPr>
          <w:rFonts w:asciiTheme="majorHAnsi" w:hAnsiTheme="majorHAnsi" w:cstheme="majorHAnsi"/>
          <w:b/>
          <w:color w:val="163A70"/>
          <w:sz w:val="24"/>
        </w:rPr>
        <w:t>Payroll</w:t>
      </w:r>
      <w:r w:rsidRPr="009F27F9">
        <w:rPr>
          <w:rFonts w:asciiTheme="majorHAnsi" w:hAnsiTheme="majorHAnsi" w:cstheme="majorHAnsi"/>
          <w:b/>
          <w:color w:val="163A70"/>
          <w:sz w:val="24"/>
        </w:rPr>
        <w:t xml:space="preserve"> &amp; Superannuation</w:t>
      </w:r>
      <w:r w:rsidR="009F27F9">
        <w:rPr>
          <w:rFonts w:asciiTheme="majorHAnsi" w:hAnsiTheme="majorHAnsi" w:cstheme="majorHAnsi"/>
          <w:b/>
          <w:color w:val="163A70"/>
          <w:sz w:val="24"/>
        </w:rPr>
        <w:t xml:space="preserve">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236"/>
      </w:tblGrid>
      <w:tr w:rsidR="009F27F9" w:rsidRPr="009F27F9" w14:paraId="2DF4B028" w14:textId="77777777" w:rsidTr="00DA28E9">
        <w:trPr>
          <w:jc w:val="center"/>
        </w:trPr>
        <w:tc>
          <w:tcPr>
            <w:tcW w:w="3118" w:type="dxa"/>
          </w:tcPr>
          <w:p w14:paraId="11C006A4" w14:textId="77777777" w:rsidR="009F27F9" w:rsidRPr="009F27F9" w:rsidRDefault="009F27F9" w:rsidP="00DA28E9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Tax File Number (TFN)</w:t>
            </w:r>
          </w:p>
        </w:tc>
        <w:tc>
          <w:tcPr>
            <w:tcW w:w="6236" w:type="dxa"/>
          </w:tcPr>
          <w:p w14:paraId="0ECB7282" w14:textId="77777777" w:rsidR="009F27F9" w:rsidRPr="009F27F9" w:rsidRDefault="009F27F9" w:rsidP="00DA28E9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2C109E83" w14:textId="77777777">
        <w:trPr>
          <w:jc w:val="center"/>
        </w:trPr>
        <w:tc>
          <w:tcPr>
            <w:tcW w:w="3118" w:type="dxa"/>
          </w:tcPr>
          <w:p w14:paraId="4C430D7A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Bank / Branch</w:t>
            </w:r>
          </w:p>
        </w:tc>
        <w:tc>
          <w:tcPr>
            <w:tcW w:w="6236" w:type="dxa"/>
          </w:tcPr>
          <w:p w14:paraId="4368F1CA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7C7ACB9B" w14:textId="77777777">
        <w:trPr>
          <w:jc w:val="center"/>
        </w:trPr>
        <w:tc>
          <w:tcPr>
            <w:tcW w:w="3118" w:type="dxa"/>
          </w:tcPr>
          <w:p w14:paraId="149DD00C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BSB / Account Number</w:t>
            </w:r>
          </w:p>
        </w:tc>
        <w:tc>
          <w:tcPr>
            <w:tcW w:w="6236" w:type="dxa"/>
          </w:tcPr>
          <w:p w14:paraId="054328A4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6F29CD8B" w14:textId="77777777">
        <w:trPr>
          <w:jc w:val="center"/>
        </w:trPr>
        <w:tc>
          <w:tcPr>
            <w:tcW w:w="3118" w:type="dxa"/>
          </w:tcPr>
          <w:p w14:paraId="0DE1E3B6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Account Name</w:t>
            </w:r>
          </w:p>
        </w:tc>
        <w:tc>
          <w:tcPr>
            <w:tcW w:w="6236" w:type="dxa"/>
          </w:tcPr>
          <w:p w14:paraId="2DE96DE6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389AF961" w14:textId="77777777">
        <w:trPr>
          <w:jc w:val="center"/>
        </w:trPr>
        <w:tc>
          <w:tcPr>
            <w:tcW w:w="3118" w:type="dxa"/>
          </w:tcPr>
          <w:p w14:paraId="31BF4828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Super Fund</w:t>
            </w:r>
          </w:p>
        </w:tc>
        <w:tc>
          <w:tcPr>
            <w:tcW w:w="6236" w:type="dxa"/>
          </w:tcPr>
          <w:p w14:paraId="123FE759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4441D803" w14:textId="77777777">
        <w:trPr>
          <w:jc w:val="center"/>
        </w:trPr>
        <w:tc>
          <w:tcPr>
            <w:tcW w:w="3118" w:type="dxa"/>
          </w:tcPr>
          <w:p w14:paraId="2C5DD2FC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Member Number</w:t>
            </w:r>
          </w:p>
        </w:tc>
        <w:tc>
          <w:tcPr>
            <w:tcW w:w="6236" w:type="dxa"/>
          </w:tcPr>
          <w:p w14:paraId="2673D1BC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2D08C634" w14:textId="79B4A21E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lastRenderedPageBreak/>
        <w:t xml:space="preserve">4. </w:t>
      </w:r>
      <w:proofErr w:type="spellStart"/>
      <w:r w:rsidRPr="009F27F9">
        <w:rPr>
          <w:rFonts w:asciiTheme="majorHAnsi" w:hAnsiTheme="majorHAnsi" w:cstheme="majorHAnsi"/>
          <w:b/>
          <w:color w:val="163A70"/>
          <w:sz w:val="24"/>
        </w:rPr>
        <w:t>Licences</w:t>
      </w:r>
      <w:proofErr w:type="spellEnd"/>
      <w:r w:rsidRPr="009F27F9">
        <w:rPr>
          <w:rFonts w:asciiTheme="majorHAnsi" w:hAnsiTheme="majorHAnsi" w:cstheme="majorHAnsi"/>
          <w:b/>
          <w:color w:val="163A70"/>
          <w:sz w:val="24"/>
        </w:rPr>
        <w:t xml:space="preserve"> &amp; Certificates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2698"/>
        <w:gridCol w:w="2698"/>
        <w:gridCol w:w="1991"/>
      </w:tblGrid>
      <w:tr w:rsidR="00494A39" w:rsidRPr="009F27F9" w14:paraId="15A77EC1" w14:textId="77777777" w:rsidTr="00AA28C2">
        <w:trPr>
          <w:jc w:val="center"/>
        </w:trPr>
        <w:tc>
          <w:tcPr>
            <w:tcW w:w="2006" w:type="dxa"/>
          </w:tcPr>
          <w:p w14:paraId="44A88DE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proofErr w:type="spellStart"/>
            <w:r w:rsidRPr="009F27F9">
              <w:rPr>
                <w:rFonts w:asciiTheme="majorHAnsi" w:hAnsiTheme="majorHAnsi" w:cstheme="majorHAnsi"/>
              </w:rPr>
              <w:t>Licence</w:t>
            </w:r>
            <w:proofErr w:type="spellEnd"/>
            <w:r w:rsidRPr="009F27F9">
              <w:rPr>
                <w:rFonts w:asciiTheme="majorHAnsi" w:hAnsiTheme="majorHAnsi" w:cstheme="majorHAnsi"/>
              </w:rPr>
              <w:t>/Certificate</w:t>
            </w:r>
          </w:p>
        </w:tc>
        <w:tc>
          <w:tcPr>
            <w:tcW w:w="2698" w:type="dxa"/>
          </w:tcPr>
          <w:p w14:paraId="1159E9E3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698" w:type="dxa"/>
          </w:tcPr>
          <w:p w14:paraId="416E57B2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991" w:type="dxa"/>
          </w:tcPr>
          <w:p w14:paraId="41272447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Expiry</w:t>
            </w:r>
          </w:p>
        </w:tc>
      </w:tr>
      <w:tr w:rsidR="00494A39" w:rsidRPr="009F27F9" w14:paraId="51E2E38F" w14:textId="77777777" w:rsidTr="00AA28C2">
        <w:trPr>
          <w:jc w:val="center"/>
        </w:trPr>
        <w:tc>
          <w:tcPr>
            <w:tcW w:w="2006" w:type="dxa"/>
          </w:tcPr>
          <w:p w14:paraId="55B6661D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 xml:space="preserve">Driver </w:t>
            </w:r>
            <w:proofErr w:type="spellStart"/>
            <w:r w:rsidRPr="009F27F9">
              <w:rPr>
                <w:rFonts w:asciiTheme="majorHAnsi" w:hAnsiTheme="majorHAnsi" w:cstheme="majorHAnsi"/>
              </w:rPr>
              <w:t>Licence</w:t>
            </w:r>
            <w:proofErr w:type="spellEnd"/>
          </w:p>
        </w:tc>
        <w:tc>
          <w:tcPr>
            <w:tcW w:w="2698" w:type="dxa"/>
          </w:tcPr>
          <w:p w14:paraId="5178429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8" w:type="dxa"/>
          </w:tcPr>
          <w:p w14:paraId="0DA0B0AC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91" w:type="dxa"/>
          </w:tcPr>
          <w:p w14:paraId="68A660F7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7D3F2EBB" w14:textId="77777777" w:rsidTr="00AA28C2">
        <w:trPr>
          <w:jc w:val="center"/>
        </w:trPr>
        <w:tc>
          <w:tcPr>
            <w:tcW w:w="2006" w:type="dxa"/>
          </w:tcPr>
          <w:p w14:paraId="0840BA25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Forklift</w:t>
            </w:r>
          </w:p>
        </w:tc>
        <w:tc>
          <w:tcPr>
            <w:tcW w:w="2698" w:type="dxa"/>
          </w:tcPr>
          <w:p w14:paraId="3631E513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8" w:type="dxa"/>
          </w:tcPr>
          <w:p w14:paraId="332DD641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91" w:type="dxa"/>
          </w:tcPr>
          <w:p w14:paraId="008158FA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262490F4" w14:textId="77777777" w:rsidTr="00AA28C2">
        <w:trPr>
          <w:jc w:val="center"/>
        </w:trPr>
        <w:tc>
          <w:tcPr>
            <w:tcW w:w="2006" w:type="dxa"/>
          </w:tcPr>
          <w:p w14:paraId="7BF0B9D0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First Aid</w:t>
            </w:r>
          </w:p>
        </w:tc>
        <w:tc>
          <w:tcPr>
            <w:tcW w:w="2698" w:type="dxa"/>
          </w:tcPr>
          <w:p w14:paraId="5D154BE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8" w:type="dxa"/>
          </w:tcPr>
          <w:p w14:paraId="150EF4E8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91" w:type="dxa"/>
          </w:tcPr>
          <w:p w14:paraId="79D61D07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3F14F830" w14:textId="77777777" w:rsidTr="00AA28C2">
        <w:trPr>
          <w:jc w:val="center"/>
        </w:trPr>
        <w:tc>
          <w:tcPr>
            <w:tcW w:w="2006" w:type="dxa"/>
          </w:tcPr>
          <w:p w14:paraId="63D99A69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Chemical User</w:t>
            </w:r>
          </w:p>
        </w:tc>
        <w:tc>
          <w:tcPr>
            <w:tcW w:w="2698" w:type="dxa"/>
          </w:tcPr>
          <w:p w14:paraId="2E0589B5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8" w:type="dxa"/>
          </w:tcPr>
          <w:p w14:paraId="2580BD3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91" w:type="dxa"/>
          </w:tcPr>
          <w:p w14:paraId="56E8E138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05368F43" w14:textId="77777777" w:rsidTr="00AA28C2">
        <w:trPr>
          <w:jc w:val="center"/>
        </w:trPr>
        <w:tc>
          <w:tcPr>
            <w:tcW w:w="2006" w:type="dxa"/>
          </w:tcPr>
          <w:p w14:paraId="228210EC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Welding</w:t>
            </w:r>
          </w:p>
        </w:tc>
        <w:tc>
          <w:tcPr>
            <w:tcW w:w="2698" w:type="dxa"/>
          </w:tcPr>
          <w:p w14:paraId="72CFEC26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8" w:type="dxa"/>
          </w:tcPr>
          <w:p w14:paraId="2DA35369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91" w:type="dxa"/>
          </w:tcPr>
          <w:p w14:paraId="6DC3A24E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50CFB49B" w14:textId="77777777" w:rsidTr="00AA28C2">
        <w:trPr>
          <w:jc w:val="center"/>
        </w:trPr>
        <w:tc>
          <w:tcPr>
            <w:tcW w:w="2006" w:type="dxa"/>
          </w:tcPr>
          <w:p w14:paraId="1922B9C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Other</w:t>
            </w:r>
          </w:p>
        </w:tc>
        <w:tc>
          <w:tcPr>
            <w:tcW w:w="2698" w:type="dxa"/>
          </w:tcPr>
          <w:p w14:paraId="643F0414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698" w:type="dxa"/>
          </w:tcPr>
          <w:p w14:paraId="608C50D9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91" w:type="dxa"/>
          </w:tcPr>
          <w:p w14:paraId="02069005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4B507F45" w14:textId="77777777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>5. Qualifications &amp; Training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27"/>
        <w:gridCol w:w="3627"/>
        <w:gridCol w:w="2245"/>
      </w:tblGrid>
      <w:tr w:rsidR="00494A39" w:rsidRPr="009F27F9" w14:paraId="0F51CA07" w14:textId="77777777" w:rsidTr="00AA28C2">
        <w:trPr>
          <w:jc w:val="center"/>
        </w:trPr>
        <w:tc>
          <w:tcPr>
            <w:tcW w:w="3627" w:type="dxa"/>
          </w:tcPr>
          <w:p w14:paraId="6A2F4631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Qualification</w:t>
            </w:r>
          </w:p>
        </w:tc>
        <w:tc>
          <w:tcPr>
            <w:tcW w:w="3627" w:type="dxa"/>
          </w:tcPr>
          <w:p w14:paraId="32A4B49F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Training Organisation</w:t>
            </w:r>
          </w:p>
        </w:tc>
        <w:tc>
          <w:tcPr>
            <w:tcW w:w="2245" w:type="dxa"/>
          </w:tcPr>
          <w:p w14:paraId="73B20409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Date Completed</w:t>
            </w:r>
          </w:p>
        </w:tc>
      </w:tr>
      <w:tr w:rsidR="00494A39" w:rsidRPr="009F27F9" w14:paraId="21CE5AB7" w14:textId="77777777" w:rsidTr="00AA28C2">
        <w:trPr>
          <w:jc w:val="center"/>
        </w:trPr>
        <w:tc>
          <w:tcPr>
            <w:tcW w:w="3627" w:type="dxa"/>
          </w:tcPr>
          <w:p w14:paraId="4FC032A7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27" w:type="dxa"/>
          </w:tcPr>
          <w:p w14:paraId="1B640EC8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6897C786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164A77D3" w14:textId="77777777" w:rsidTr="00AA28C2">
        <w:trPr>
          <w:jc w:val="center"/>
        </w:trPr>
        <w:tc>
          <w:tcPr>
            <w:tcW w:w="3627" w:type="dxa"/>
          </w:tcPr>
          <w:p w14:paraId="047ADBB3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27" w:type="dxa"/>
          </w:tcPr>
          <w:p w14:paraId="784B24DC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75D20D05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7E30F913" w14:textId="77777777" w:rsidTr="00AA28C2">
        <w:trPr>
          <w:jc w:val="center"/>
        </w:trPr>
        <w:tc>
          <w:tcPr>
            <w:tcW w:w="3627" w:type="dxa"/>
          </w:tcPr>
          <w:p w14:paraId="41E388A2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27" w:type="dxa"/>
          </w:tcPr>
          <w:p w14:paraId="50FD846B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28CDE759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494A39" w:rsidRPr="009F27F9" w14:paraId="2A41D29E" w14:textId="77777777" w:rsidTr="00AA28C2">
        <w:trPr>
          <w:jc w:val="center"/>
        </w:trPr>
        <w:tc>
          <w:tcPr>
            <w:tcW w:w="3627" w:type="dxa"/>
          </w:tcPr>
          <w:p w14:paraId="37D05380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27" w:type="dxa"/>
          </w:tcPr>
          <w:p w14:paraId="4E202A3E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43017712" w14:textId="77777777" w:rsidR="00494A39" w:rsidRPr="009F27F9" w:rsidRDefault="00494A39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528BC9D4" w14:textId="77777777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>6. Australian Work Rights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236"/>
      </w:tblGrid>
      <w:tr w:rsidR="00494A39" w:rsidRPr="009F27F9" w14:paraId="528D4B8B" w14:textId="77777777">
        <w:trPr>
          <w:jc w:val="center"/>
        </w:trPr>
        <w:tc>
          <w:tcPr>
            <w:tcW w:w="3118" w:type="dxa"/>
          </w:tcPr>
          <w:p w14:paraId="57CAA61A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Australian Citizen</w:t>
            </w:r>
          </w:p>
        </w:tc>
        <w:tc>
          <w:tcPr>
            <w:tcW w:w="6236" w:type="dxa"/>
          </w:tcPr>
          <w:p w14:paraId="1453165B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Yes  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No</w:t>
            </w:r>
          </w:p>
        </w:tc>
      </w:tr>
      <w:tr w:rsidR="00494A39" w:rsidRPr="009F27F9" w14:paraId="6A2051F1" w14:textId="77777777">
        <w:trPr>
          <w:jc w:val="center"/>
        </w:trPr>
        <w:tc>
          <w:tcPr>
            <w:tcW w:w="3118" w:type="dxa"/>
          </w:tcPr>
          <w:p w14:paraId="1197ECF7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Permanent Resident</w:t>
            </w:r>
          </w:p>
        </w:tc>
        <w:tc>
          <w:tcPr>
            <w:tcW w:w="6236" w:type="dxa"/>
          </w:tcPr>
          <w:p w14:paraId="0C6A6E90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Yes  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No</w:t>
            </w:r>
          </w:p>
        </w:tc>
      </w:tr>
      <w:tr w:rsidR="00494A39" w:rsidRPr="009F27F9" w14:paraId="75C2873D" w14:textId="77777777">
        <w:trPr>
          <w:jc w:val="center"/>
        </w:trPr>
        <w:tc>
          <w:tcPr>
            <w:tcW w:w="3118" w:type="dxa"/>
          </w:tcPr>
          <w:p w14:paraId="74F47D43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Working Visa</w:t>
            </w:r>
          </w:p>
        </w:tc>
        <w:tc>
          <w:tcPr>
            <w:tcW w:w="6236" w:type="dxa"/>
          </w:tcPr>
          <w:p w14:paraId="2803E8D4" w14:textId="77777777" w:rsid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Yes   </w:t>
            </w:r>
            <w:r w:rsidRPr="009F27F9">
              <w:rPr>
                <w:rFonts w:ascii="Segoe UI Symbol" w:hAnsi="Segoe UI Symbol" w:cs="Segoe UI Symbol"/>
              </w:rPr>
              <w:t>☐</w:t>
            </w:r>
            <w:r w:rsidRPr="009F27F9">
              <w:rPr>
                <w:rFonts w:asciiTheme="majorHAnsi" w:hAnsiTheme="majorHAnsi" w:cstheme="majorHAnsi"/>
              </w:rPr>
              <w:t xml:space="preserve"> No   </w:t>
            </w:r>
          </w:p>
          <w:p w14:paraId="62767710" w14:textId="2183F475" w:rsidR="00AA28C2" w:rsidRPr="009F27F9" w:rsidRDefault="00000000" w:rsidP="009F27F9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 xml:space="preserve">Visa Type: </w:t>
            </w:r>
            <w:r w:rsidR="009F27F9">
              <w:rPr>
                <w:rFonts w:asciiTheme="majorHAnsi" w:hAnsiTheme="majorHAnsi" w:cstheme="majorHAnsi"/>
              </w:rPr>
              <w:t xml:space="preserve">                                                    </w:t>
            </w:r>
            <w:r w:rsidRPr="009F27F9">
              <w:rPr>
                <w:rFonts w:asciiTheme="majorHAnsi" w:hAnsiTheme="majorHAnsi" w:cstheme="majorHAnsi"/>
              </w:rPr>
              <w:t xml:space="preserve">Expiry: </w:t>
            </w:r>
          </w:p>
        </w:tc>
      </w:tr>
      <w:tr w:rsidR="00494A39" w:rsidRPr="009F27F9" w14:paraId="288B7AAB" w14:textId="77777777">
        <w:trPr>
          <w:jc w:val="center"/>
        </w:trPr>
        <w:tc>
          <w:tcPr>
            <w:tcW w:w="3118" w:type="dxa"/>
          </w:tcPr>
          <w:p w14:paraId="42CB149D" w14:textId="77777777" w:rsidR="00494A39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Restrictions</w:t>
            </w:r>
          </w:p>
        </w:tc>
        <w:tc>
          <w:tcPr>
            <w:tcW w:w="6236" w:type="dxa"/>
          </w:tcPr>
          <w:p w14:paraId="03E2A2C8" w14:textId="77777777" w:rsidR="00AA28C2" w:rsidRPr="009F27F9" w:rsidRDefault="00AA28C2" w:rsidP="00AA28C2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09EDCBD0" w14:textId="77777777" w:rsidR="00494A39" w:rsidRPr="009F27F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>7. Declaration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236"/>
      </w:tblGrid>
      <w:tr w:rsidR="00494A39" w:rsidRPr="009F27F9" w14:paraId="6C53C700" w14:textId="77777777">
        <w:trPr>
          <w:jc w:val="center"/>
        </w:trPr>
        <w:tc>
          <w:tcPr>
            <w:tcW w:w="3118" w:type="dxa"/>
          </w:tcPr>
          <w:p w14:paraId="02B0AE4D" w14:textId="7FF18C26" w:rsidR="00AA28C2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Employee Signature</w:t>
            </w:r>
          </w:p>
        </w:tc>
        <w:tc>
          <w:tcPr>
            <w:tcW w:w="6236" w:type="dxa"/>
          </w:tcPr>
          <w:p w14:paraId="4F1B7B3E" w14:textId="2D997712" w:rsidR="009F27F9" w:rsidRPr="009F27F9" w:rsidRDefault="009F27F9" w:rsidP="009F27F9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                                                          Date: </w:t>
            </w:r>
          </w:p>
        </w:tc>
      </w:tr>
      <w:tr w:rsidR="00494A39" w:rsidRPr="009F27F9" w14:paraId="20D94F65" w14:textId="77777777">
        <w:trPr>
          <w:jc w:val="center"/>
        </w:trPr>
        <w:tc>
          <w:tcPr>
            <w:tcW w:w="3118" w:type="dxa"/>
          </w:tcPr>
          <w:p w14:paraId="650634CC" w14:textId="709A8DDB" w:rsidR="00AA28C2" w:rsidRPr="009F27F9" w:rsidRDefault="00000000" w:rsidP="00AA28C2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9F27F9">
              <w:rPr>
                <w:rFonts w:asciiTheme="majorHAnsi" w:hAnsiTheme="majorHAnsi" w:cstheme="majorHAnsi"/>
              </w:rPr>
              <w:t>Manager Signature</w:t>
            </w:r>
          </w:p>
        </w:tc>
        <w:tc>
          <w:tcPr>
            <w:tcW w:w="6236" w:type="dxa"/>
          </w:tcPr>
          <w:p w14:paraId="3A24623B" w14:textId="57A56A72" w:rsidR="00AA28C2" w:rsidRPr="009F27F9" w:rsidRDefault="009F27F9" w:rsidP="009F27F9">
            <w:pPr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                                                          </w:t>
            </w:r>
            <w:r>
              <w:rPr>
                <w:rFonts w:asciiTheme="majorHAnsi" w:hAnsiTheme="majorHAnsi" w:cstheme="majorHAnsi"/>
              </w:rPr>
              <w:t xml:space="preserve">Date: </w:t>
            </w:r>
          </w:p>
        </w:tc>
      </w:tr>
    </w:tbl>
    <w:p w14:paraId="4BC7A6FD" w14:textId="41443BEB" w:rsidR="00494A39" w:rsidRDefault="00000000" w:rsidP="006B6C16">
      <w:pPr>
        <w:spacing w:before="120" w:after="0" w:line="360" w:lineRule="auto"/>
        <w:ind w:left="851"/>
        <w:rPr>
          <w:rFonts w:asciiTheme="majorHAnsi" w:hAnsiTheme="majorHAnsi" w:cstheme="majorHAnsi"/>
          <w:b/>
          <w:color w:val="163A70"/>
          <w:sz w:val="24"/>
        </w:rPr>
      </w:pPr>
      <w:r w:rsidRPr="009F27F9">
        <w:rPr>
          <w:rFonts w:asciiTheme="majorHAnsi" w:hAnsiTheme="majorHAnsi" w:cstheme="majorHAnsi"/>
          <w:b/>
          <w:color w:val="163A70"/>
          <w:sz w:val="24"/>
        </w:rPr>
        <w:t>Office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23"/>
        <w:gridCol w:w="1984"/>
        <w:gridCol w:w="2441"/>
        <w:gridCol w:w="2539"/>
      </w:tblGrid>
      <w:tr w:rsidR="009F27F9" w:rsidRPr="009F27F9" w14:paraId="67523224" w14:textId="43C088B5" w:rsidTr="009F27F9">
        <w:trPr>
          <w:jc w:val="center"/>
        </w:trPr>
        <w:tc>
          <w:tcPr>
            <w:tcW w:w="2323" w:type="dxa"/>
          </w:tcPr>
          <w:p w14:paraId="455E14D2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Contract Signed</w:t>
            </w:r>
          </w:p>
        </w:tc>
        <w:tc>
          <w:tcPr>
            <w:tcW w:w="1984" w:type="dxa"/>
          </w:tcPr>
          <w:p w14:paraId="45519F1F" w14:textId="3D780A31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Yes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No   Date:</w:t>
            </w:r>
          </w:p>
        </w:tc>
        <w:tc>
          <w:tcPr>
            <w:tcW w:w="2441" w:type="dxa"/>
          </w:tcPr>
          <w:p w14:paraId="7A6D34E0" w14:textId="33F9ABB1" w:rsidR="009F27F9" w:rsidRPr="009F27F9" w:rsidRDefault="009F27F9" w:rsidP="00AA28C2">
            <w:pPr>
              <w:spacing w:line="360" w:lineRule="auto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Visa / Passport Sighted</w:t>
            </w:r>
          </w:p>
        </w:tc>
        <w:tc>
          <w:tcPr>
            <w:tcW w:w="2539" w:type="dxa"/>
          </w:tcPr>
          <w:p w14:paraId="4C4961D1" w14:textId="41A9B6DC" w:rsidR="009F27F9" w:rsidRPr="009F27F9" w:rsidRDefault="009F27F9" w:rsidP="00AA28C2">
            <w:pPr>
              <w:spacing w:line="360" w:lineRule="auto"/>
              <w:rPr>
                <w:rFonts w:ascii="Segoe UI Symbol" w:hAnsi="Segoe UI Symbol" w:cs="Segoe UI Symbol"/>
                <w:sz w:val="18"/>
                <w:szCs w:val="18"/>
              </w:rPr>
            </w:pP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Yes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No</w:t>
            </w:r>
          </w:p>
        </w:tc>
      </w:tr>
      <w:tr w:rsidR="009F27F9" w:rsidRPr="009F27F9" w14:paraId="135C1AEC" w14:textId="363A7581" w:rsidTr="009F27F9">
        <w:trPr>
          <w:jc w:val="center"/>
        </w:trPr>
        <w:tc>
          <w:tcPr>
            <w:tcW w:w="2323" w:type="dxa"/>
          </w:tcPr>
          <w:p w14:paraId="575A6CAA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TFN Declaration Received</w:t>
            </w:r>
          </w:p>
        </w:tc>
        <w:tc>
          <w:tcPr>
            <w:tcW w:w="1984" w:type="dxa"/>
          </w:tcPr>
          <w:p w14:paraId="43078A94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Yes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No</w:t>
            </w:r>
          </w:p>
        </w:tc>
        <w:tc>
          <w:tcPr>
            <w:tcW w:w="2441" w:type="dxa"/>
          </w:tcPr>
          <w:p w14:paraId="71256FF5" w14:textId="7256A3BC" w:rsidR="009F27F9" w:rsidRPr="009F27F9" w:rsidRDefault="009F27F9" w:rsidP="00AA28C2">
            <w:pPr>
              <w:spacing w:line="360" w:lineRule="auto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Induction Completed</w:t>
            </w:r>
          </w:p>
        </w:tc>
        <w:tc>
          <w:tcPr>
            <w:tcW w:w="2539" w:type="dxa"/>
          </w:tcPr>
          <w:p w14:paraId="7BBAA2E3" w14:textId="34E4AFB3" w:rsidR="009F27F9" w:rsidRPr="009F27F9" w:rsidRDefault="009F27F9" w:rsidP="00AA28C2">
            <w:pPr>
              <w:spacing w:line="360" w:lineRule="auto"/>
              <w:rPr>
                <w:rFonts w:ascii="Segoe UI Symbol" w:hAnsi="Segoe UI Symbol" w:cs="Segoe UI Symbol"/>
                <w:sz w:val="18"/>
                <w:szCs w:val="18"/>
              </w:rPr>
            </w:pP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Yes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No   Date:</w:t>
            </w:r>
          </w:p>
        </w:tc>
      </w:tr>
      <w:tr w:rsidR="009F27F9" w:rsidRPr="009F27F9" w14:paraId="3FCEBBE3" w14:textId="4207D42D" w:rsidTr="009F27F9">
        <w:trPr>
          <w:jc w:val="center"/>
        </w:trPr>
        <w:tc>
          <w:tcPr>
            <w:tcW w:w="2323" w:type="dxa"/>
          </w:tcPr>
          <w:p w14:paraId="4F818A54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Employment Status</w:t>
            </w:r>
          </w:p>
        </w:tc>
        <w:tc>
          <w:tcPr>
            <w:tcW w:w="1984" w:type="dxa"/>
          </w:tcPr>
          <w:p w14:paraId="37A49401" w14:textId="478F52F9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41" w:type="dxa"/>
          </w:tcPr>
          <w:p w14:paraId="244FAB7D" w14:textId="224A5031" w:rsidR="009F27F9" w:rsidRPr="009F27F9" w:rsidRDefault="009F27F9" w:rsidP="00AA28C2">
            <w:pPr>
              <w:spacing w:line="360" w:lineRule="auto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Uniform / PPE Issued</w:t>
            </w:r>
          </w:p>
        </w:tc>
        <w:tc>
          <w:tcPr>
            <w:tcW w:w="2539" w:type="dxa"/>
          </w:tcPr>
          <w:p w14:paraId="4163A9F9" w14:textId="53C51FB1" w:rsidR="009F27F9" w:rsidRPr="009F27F9" w:rsidRDefault="009F27F9" w:rsidP="00AA28C2">
            <w:pPr>
              <w:spacing w:line="360" w:lineRule="auto"/>
              <w:rPr>
                <w:rFonts w:ascii="Segoe UI Symbol" w:hAnsi="Segoe UI Symbol" w:cs="Segoe UI Symbol"/>
                <w:sz w:val="18"/>
                <w:szCs w:val="18"/>
              </w:rPr>
            </w:pP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Yes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No</w:t>
            </w:r>
          </w:p>
        </w:tc>
      </w:tr>
      <w:tr w:rsidR="009F27F9" w:rsidRPr="009F27F9" w14:paraId="5744EA42" w14:textId="277C9751" w:rsidTr="009F27F9">
        <w:trPr>
          <w:jc w:val="center"/>
        </w:trPr>
        <w:tc>
          <w:tcPr>
            <w:tcW w:w="2323" w:type="dxa"/>
          </w:tcPr>
          <w:p w14:paraId="790ABEEA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Classification / Level</w:t>
            </w:r>
          </w:p>
        </w:tc>
        <w:tc>
          <w:tcPr>
            <w:tcW w:w="1984" w:type="dxa"/>
          </w:tcPr>
          <w:p w14:paraId="2C4B13D7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41" w:type="dxa"/>
          </w:tcPr>
          <w:p w14:paraId="0A329E33" w14:textId="1DA71C15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>Probation Review Due</w:t>
            </w:r>
          </w:p>
        </w:tc>
        <w:tc>
          <w:tcPr>
            <w:tcW w:w="2539" w:type="dxa"/>
          </w:tcPr>
          <w:p w14:paraId="71C5BA71" w14:textId="77777777" w:rsidR="009F27F9" w:rsidRPr="009F27F9" w:rsidRDefault="009F27F9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C16" w:rsidRPr="009F27F9" w14:paraId="35078948" w14:textId="77777777" w:rsidTr="00DB4C52">
        <w:trPr>
          <w:jc w:val="center"/>
        </w:trPr>
        <w:tc>
          <w:tcPr>
            <w:tcW w:w="2323" w:type="dxa"/>
          </w:tcPr>
          <w:p w14:paraId="00C18A5A" w14:textId="6EA02DA5" w:rsidR="006B6C16" w:rsidRPr="009F27F9" w:rsidRDefault="006B6C16" w:rsidP="00AA28C2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>Employment Status</w:t>
            </w:r>
          </w:p>
        </w:tc>
        <w:tc>
          <w:tcPr>
            <w:tcW w:w="6964" w:type="dxa"/>
            <w:gridSpan w:val="3"/>
          </w:tcPr>
          <w:p w14:paraId="5544373A" w14:textId="3ECD57DC" w:rsidR="006B6C16" w:rsidRPr="009F27F9" w:rsidRDefault="006B6C16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Permanent FT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Permanent PT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Casual </w:t>
            </w:r>
            <w:r w:rsidRPr="009F27F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F27F9">
              <w:rPr>
                <w:rFonts w:asciiTheme="majorHAnsi" w:hAnsiTheme="majorHAnsi" w:cstheme="majorHAnsi"/>
                <w:sz w:val="18"/>
                <w:szCs w:val="18"/>
              </w:rPr>
              <w:t xml:space="preserve"> Temporary</w:t>
            </w:r>
          </w:p>
        </w:tc>
      </w:tr>
      <w:tr w:rsidR="006B6C16" w:rsidRPr="009F27F9" w14:paraId="3F3139A5" w14:textId="77777777" w:rsidTr="00DB4C52">
        <w:trPr>
          <w:jc w:val="center"/>
        </w:trPr>
        <w:tc>
          <w:tcPr>
            <w:tcW w:w="2323" w:type="dxa"/>
          </w:tcPr>
          <w:p w14:paraId="36E998AF" w14:textId="5803C032" w:rsidR="006B6C16" w:rsidRPr="009F27F9" w:rsidRDefault="006B6C16" w:rsidP="00AA28C2">
            <w:pPr>
              <w:spacing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Notes</w:t>
            </w:r>
          </w:p>
        </w:tc>
        <w:tc>
          <w:tcPr>
            <w:tcW w:w="6964" w:type="dxa"/>
            <w:gridSpan w:val="3"/>
          </w:tcPr>
          <w:p w14:paraId="3A9347AB" w14:textId="77777777" w:rsidR="006B6C16" w:rsidRPr="009F27F9" w:rsidRDefault="006B6C16" w:rsidP="00AA28C2">
            <w:pPr>
              <w:spacing w:line="360" w:lineRule="auto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</w:tbl>
    <w:p w14:paraId="60427B92" w14:textId="77777777" w:rsidR="009F27F9" w:rsidRPr="009F27F9" w:rsidRDefault="009F27F9" w:rsidP="006B6C16">
      <w:pPr>
        <w:rPr>
          <w:rFonts w:asciiTheme="majorHAnsi" w:hAnsiTheme="majorHAnsi" w:cstheme="majorHAnsi"/>
        </w:rPr>
      </w:pPr>
    </w:p>
    <w:sectPr w:rsidR="009F27F9" w:rsidRPr="009F27F9" w:rsidSect="00AA28C2">
      <w:pgSz w:w="12240" w:h="15840"/>
      <w:pgMar w:top="568" w:right="680" w:bottom="144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147867">
    <w:abstractNumId w:val="8"/>
  </w:num>
  <w:num w:numId="2" w16cid:durableId="1165314435">
    <w:abstractNumId w:val="6"/>
  </w:num>
  <w:num w:numId="3" w16cid:durableId="1790856013">
    <w:abstractNumId w:val="5"/>
  </w:num>
  <w:num w:numId="4" w16cid:durableId="111479438">
    <w:abstractNumId w:val="4"/>
  </w:num>
  <w:num w:numId="5" w16cid:durableId="605188215">
    <w:abstractNumId w:val="7"/>
  </w:num>
  <w:num w:numId="6" w16cid:durableId="1649170766">
    <w:abstractNumId w:val="3"/>
  </w:num>
  <w:num w:numId="7" w16cid:durableId="1686858125">
    <w:abstractNumId w:val="2"/>
  </w:num>
  <w:num w:numId="8" w16cid:durableId="1193154071">
    <w:abstractNumId w:val="1"/>
  </w:num>
  <w:num w:numId="9" w16cid:durableId="119750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4A39"/>
    <w:rsid w:val="006B6C16"/>
    <w:rsid w:val="00973984"/>
    <w:rsid w:val="009F27F9"/>
    <w:rsid w:val="00A90370"/>
    <w:rsid w:val="00AA1D8D"/>
    <w:rsid w:val="00AA28C2"/>
    <w:rsid w:val="00AA4478"/>
    <w:rsid w:val="00B47730"/>
    <w:rsid w:val="00CB0664"/>
    <w:rsid w:val="00F16C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B9862D"/>
  <w14:defaultImageDpi w14:val="300"/>
  <w15:docId w15:val="{C54E5333-5944-4449-B39D-373544ED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1425</Characters>
  <Application>Microsoft Office Word</Application>
  <DocSecurity>0</DocSecurity>
  <Lines>75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Tania Ketteringham</cp:lastModifiedBy>
  <cp:revision>2</cp:revision>
  <dcterms:created xsi:type="dcterms:W3CDTF">2026-07-23T05:46:00Z</dcterms:created>
  <dcterms:modified xsi:type="dcterms:W3CDTF">2026-07-23T05:46:00Z</dcterms:modified>
  <cp:category/>
</cp:coreProperties>
</file>